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-266"/>
        <w:tblW w:w="11448" w:type="dxa"/>
        <w:jc w:val="center"/>
        <w:tblLook w:val="04A0" w:firstRow="1" w:lastRow="0" w:firstColumn="1" w:lastColumn="0" w:noHBand="0" w:noVBand="1"/>
      </w:tblPr>
      <w:tblGrid>
        <w:gridCol w:w="556"/>
        <w:gridCol w:w="10892"/>
      </w:tblGrid>
      <w:tr w:rsidR="00642264" w14:paraId="62782344" w14:textId="77777777" w:rsidTr="00C45D63">
        <w:trPr>
          <w:trHeight w:val="20"/>
          <w:jc w:val="center"/>
        </w:trPr>
        <w:tc>
          <w:tcPr>
            <w:tcW w:w="114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DF260" w14:textId="02990B26" w:rsidR="00190F57" w:rsidRPr="00190F57" w:rsidRDefault="00642264" w:rsidP="00C45D63">
            <w:pPr>
              <w:spacing w:before="60"/>
              <w:jc w:val="center"/>
              <w:rPr>
                <w:b/>
                <w:i/>
                <w:color w:val="E66E00"/>
                <w:sz w:val="16"/>
                <w:szCs w:val="8"/>
              </w:rPr>
            </w:pPr>
            <w:r>
              <w:rPr>
                <w:noProof/>
              </w:rPr>
              <w:drawing>
                <wp:anchor distT="0" distB="0" distL="114300" distR="114300" simplePos="0" relativeHeight="251692544" behindDoc="1" locked="0" layoutInCell="1" allowOverlap="1" wp14:anchorId="0CCAAB79" wp14:editId="45690169">
                  <wp:simplePos x="0" y="0"/>
                  <wp:positionH relativeFrom="column">
                    <wp:posOffset>2242820</wp:posOffset>
                  </wp:positionH>
                  <wp:positionV relativeFrom="paragraph">
                    <wp:posOffset>-9453245</wp:posOffset>
                  </wp:positionV>
                  <wp:extent cx="2917825" cy="1927225"/>
                  <wp:effectExtent l="0" t="0" r="0" b="0"/>
                  <wp:wrapTopAndBottom/>
                  <wp:docPr id="78157992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579922" name="Picture 781579922"/>
                          <pic:cNvPicPr/>
                        </pic:nvPicPr>
                        <pic:blipFill rotWithShape="1">
                          <a:blip r:embed="rId8"/>
                          <a:srcRect l="27181" t="6156" r="19623" b="411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7825" cy="1927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i/>
                <w:color w:val="E66E00"/>
                <w:sz w:val="36"/>
              </w:rPr>
              <w:t>Wha</w:t>
            </w:r>
            <w:r w:rsidR="001D328A">
              <w:rPr>
                <w:b/>
                <w:i/>
                <w:color w:val="E66E00"/>
                <w:sz w:val="36"/>
              </w:rPr>
              <w:t>t information do I need</w:t>
            </w:r>
            <w:r w:rsidR="00D56DFC">
              <w:rPr>
                <w:b/>
                <w:i/>
                <w:color w:val="E66E00"/>
                <w:sz w:val="36"/>
              </w:rPr>
              <w:t xml:space="preserve"> from a referral or</w:t>
            </w:r>
            <w:r>
              <w:rPr>
                <w:b/>
                <w:i/>
                <w:color w:val="E66E00"/>
                <w:sz w:val="36"/>
              </w:rPr>
              <w:t xml:space="preserve"> Proposed </w:t>
            </w:r>
            <w:r w:rsidR="00D56DFC">
              <w:rPr>
                <w:b/>
                <w:i/>
                <w:color w:val="E66E00"/>
                <w:sz w:val="36"/>
              </w:rPr>
              <w:t>‘</w:t>
            </w:r>
            <w:r>
              <w:rPr>
                <w:b/>
                <w:i/>
                <w:color w:val="E66E00"/>
                <w:sz w:val="36"/>
              </w:rPr>
              <w:t>Placement</w:t>
            </w:r>
            <w:r w:rsidR="00D56DFC">
              <w:rPr>
                <w:b/>
                <w:i/>
                <w:color w:val="E66E00"/>
                <w:sz w:val="36"/>
              </w:rPr>
              <w:t>’</w:t>
            </w:r>
            <w:r>
              <w:rPr>
                <w:b/>
                <w:i/>
                <w:color w:val="E66E00"/>
                <w:sz w:val="36"/>
              </w:rPr>
              <w:t>?</w:t>
            </w:r>
          </w:p>
        </w:tc>
      </w:tr>
      <w:tr w:rsidR="00642264" w14:paraId="7FA20695" w14:textId="77777777" w:rsidTr="00C45D63">
        <w:trPr>
          <w:trHeight w:val="454"/>
          <w:jc w:val="center"/>
        </w:trPr>
        <w:tc>
          <w:tcPr>
            <w:tcW w:w="114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DD21A" w14:textId="77777777" w:rsidR="00642264" w:rsidRPr="00190F57" w:rsidRDefault="00642264" w:rsidP="00190F57">
            <w:pPr>
              <w:jc w:val="center"/>
              <w:rPr>
                <w:b/>
                <w:color w:val="E66E00"/>
                <w:sz w:val="28"/>
                <w:szCs w:val="28"/>
              </w:rPr>
            </w:pPr>
            <w:r w:rsidRPr="00190F57">
              <w:rPr>
                <w:b/>
                <w:color w:val="E66E00"/>
                <w:sz w:val="28"/>
                <w:szCs w:val="28"/>
              </w:rPr>
              <w:t>Advocating • Representing • Empowering • Supporting</w:t>
            </w:r>
          </w:p>
        </w:tc>
      </w:tr>
      <w:tr w:rsidR="00642264" w14:paraId="0578D848" w14:textId="77777777" w:rsidTr="00C45D63">
        <w:trPr>
          <w:trHeight w:val="510"/>
          <w:jc w:val="center"/>
        </w:trPr>
        <w:tc>
          <w:tcPr>
            <w:tcW w:w="114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38BDA" w14:textId="77777777" w:rsidR="00642264" w:rsidRDefault="00642264" w:rsidP="00190F57">
            <w:pPr>
              <w:rPr>
                <w:b/>
                <w:color w:val="0046C8"/>
                <w:sz w:val="76"/>
              </w:rPr>
            </w:pPr>
            <w:r>
              <w:rPr>
                <w:b/>
                <w:i/>
                <w:color w:val="E66E00"/>
                <w:sz w:val="32"/>
              </w:rPr>
              <w:t>Child Details:</w:t>
            </w:r>
          </w:p>
        </w:tc>
      </w:tr>
      <w:tr w:rsidR="00642264" w14:paraId="3605615C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DEA79" w14:textId="77777777" w:rsidR="00642264" w:rsidRPr="00743B3F" w:rsidRDefault="00642264" w:rsidP="00190F57">
            <w:pPr>
              <w:rPr>
                <w:b/>
                <w:color w:val="0046C8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>1.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8CCCC" w14:textId="77777777" w:rsidR="00642264" w:rsidRPr="00743B3F" w:rsidRDefault="00642264" w:rsidP="00190F57">
            <w:pPr>
              <w:spacing w:before="20" w:after="20"/>
              <w:rPr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Child’s name (preferred name), gender, and age.</w:t>
            </w:r>
          </w:p>
        </w:tc>
      </w:tr>
      <w:tr w:rsidR="00642264" w14:paraId="054262ED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4E98E" w14:textId="77777777" w:rsidR="00642264" w:rsidRPr="00743B3F" w:rsidRDefault="00642264" w:rsidP="00190F57">
            <w:pPr>
              <w:rPr>
                <w:b/>
                <w:color w:val="E66E00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 xml:space="preserve">2. 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0ABFA" w14:textId="77777777" w:rsidR="00642264" w:rsidRPr="00743B3F" w:rsidRDefault="00642264" w:rsidP="00190F57">
            <w:pPr>
              <w:spacing w:before="20" w:after="20"/>
              <w:rPr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Ethnic origin, languages spoken, religion, and any specific cultural or identity-related needs.</w:t>
            </w:r>
          </w:p>
        </w:tc>
      </w:tr>
      <w:tr w:rsidR="00642264" w14:paraId="1B532F6F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9CE0D" w14:textId="77777777" w:rsidR="00642264" w:rsidRPr="00743B3F" w:rsidRDefault="00642264" w:rsidP="00190F57">
            <w:pPr>
              <w:rPr>
                <w:b/>
                <w:color w:val="E66E00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>3.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2AC27" w14:textId="77777777" w:rsidR="00642264" w:rsidRPr="00743B3F" w:rsidRDefault="00642264" w:rsidP="00190F57">
            <w:pPr>
              <w:spacing w:before="20" w:after="20"/>
              <w:rPr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Any allergies or intolerances.</w:t>
            </w:r>
          </w:p>
        </w:tc>
      </w:tr>
      <w:tr w:rsidR="00642264" w14:paraId="1D0EA57F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F71F1" w14:textId="77777777" w:rsidR="00642264" w:rsidRPr="00743B3F" w:rsidRDefault="00642264" w:rsidP="00190F57">
            <w:pPr>
              <w:rPr>
                <w:b/>
                <w:color w:val="E66E00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>4.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3025E" w14:textId="77777777" w:rsidR="00642264" w:rsidRPr="00743B3F" w:rsidRDefault="00642264" w:rsidP="00190F57">
            <w:pPr>
              <w:spacing w:before="20" w:after="20"/>
              <w:rPr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Health information – current health, medical conditions or diagnoses, prescribed medication.</w:t>
            </w:r>
          </w:p>
        </w:tc>
      </w:tr>
      <w:tr w:rsidR="00642264" w14:paraId="0DE86961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FA857" w14:textId="77777777" w:rsidR="00642264" w:rsidRPr="00743B3F" w:rsidRDefault="00642264" w:rsidP="00190F57">
            <w:pPr>
              <w:rPr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 xml:space="preserve">5. 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9FC14" w14:textId="77777777" w:rsidR="00642264" w:rsidRPr="00743B3F" w:rsidRDefault="00642264" w:rsidP="00C45D63">
            <w:pPr>
              <w:spacing w:before="20" w:after="20"/>
              <w:rPr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Regulation or behavior-related patterns, trauma-linked or neurodivergent patterns, and what supports/strategies have been helpful.</w:t>
            </w:r>
          </w:p>
        </w:tc>
      </w:tr>
      <w:tr w:rsidR="00642264" w14:paraId="7FF328AE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F671C" w14:textId="77777777" w:rsidR="00642264" w:rsidRPr="00743B3F" w:rsidRDefault="00642264" w:rsidP="00190F57">
            <w:pPr>
              <w:rPr>
                <w:b/>
                <w:color w:val="E66E00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 xml:space="preserve">6. 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371D7" w14:textId="77777777" w:rsidR="00642264" w:rsidRPr="00743B3F" w:rsidRDefault="00642264" w:rsidP="00C45D63">
            <w:pPr>
              <w:spacing w:before="20" w:after="20"/>
              <w:rPr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Education details – school name, teacher or trusted adult, transport arrangements, and any special educational needs.</w:t>
            </w:r>
          </w:p>
        </w:tc>
      </w:tr>
      <w:tr w:rsidR="00642264" w14:paraId="4C50A0B0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CAAC6" w14:textId="77777777" w:rsidR="00642264" w:rsidRPr="00743B3F" w:rsidRDefault="00642264" w:rsidP="00190F57">
            <w:pPr>
              <w:rPr>
                <w:b/>
                <w:color w:val="E66E00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 xml:space="preserve">7. 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048AC" w14:textId="77777777" w:rsidR="00642264" w:rsidRPr="00743B3F" w:rsidRDefault="00642264" w:rsidP="00190F57">
            <w:pPr>
              <w:spacing w:before="20" w:after="20"/>
              <w:rPr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Interests, hobbies, and regular activities.</w:t>
            </w:r>
          </w:p>
        </w:tc>
      </w:tr>
      <w:tr w:rsidR="00642264" w14:paraId="1FF941F6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14E3D" w14:textId="77777777" w:rsidR="00642264" w:rsidRPr="00743B3F" w:rsidRDefault="00642264" w:rsidP="00190F57">
            <w:pPr>
              <w:rPr>
                <w:b/>
                <w:color w:val="E66E00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 xml:space="preserve">8. 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34CE2" w14:textId="77777777" w:rsidR="00642264" w:rsidRPr="00743B3F" w:rsidRDefault="00642264" w:rsidP="00190F57">
            <w:pPr>
              <w:spacing w:before="20" w:after="20"/>
              <w:rPr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Comfort items and routines – favorite toys, bedtime cuddly, sleep preferences.</w:t>
            </w:r>
          </w:p>
        </w:tc>
      </w:tr>
      <w:tr w:rsidR="00642264" w14:paraId="23B7F6A5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43543" w14:textId="77777777" w:rsidR="00642264" w:rsidRPr="00743B3F" w:rsidRDefault="00642264" w:rsidP="00190F57">
            <w:pPr>
              <w:rPr>
                <w:b/>
                <w:color w:val="E66E00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>9.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C1C56" w14:textId="77777777" w:rsidR="00642264" w:rsidRPr="00743B3F" w:rsidRDefault="00642264" w:rsidP="00190F57">
            <w:pPr>
              <w:spacing w:before="20" w:after="20"/>
              <w:rPr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Routines and patterns – what worked well, what to avoid.</w:t>
            </w:r>
          </w:p>
        </w:tc>
      </w:tr>
      <w:tr w:rsidR="00642264" w14:paraId="2420E5B7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DE4E4" w14:textId="77777777" w:rsidR="00642264" w:rsidRPr="00743B3F" w:rsidRDefault="00642264" w:rsidP="00190F57">
            <w:pPr>
              <w:rPr>
                <w:b/>
                <w:color w:val="E66E00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 xml:space="preserve">10. 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2ED92" w14:textId="77777777" w:rsidR="00642264" w:rsidRPr="00743B3F" w:rsidRDefault="00642264" w:rsidP="00190F57">
            <w:pPr>
              <w:spacing w:before="20" w:after="20"/>
              <w:rPr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Items coming with the child – life story book, memory box, clothing, school equipment.</w:t>
            </w:r>
          </w:p>
        </w:tc>
      </w:tr>
      <w:tr w:rsidR="00642264" w14:paraId="5E052124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951B5" w14:textId="77777777" w:rsidR="00642264" w:rsidRPr="00743B3F" w:rsidRDefault="00642264" w:rsidP="00190F57">
            <w:pPr>
              <w:rPr>
                <w:b/>
                <w:color w:val="E66E00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 xml:space="preserve">11. 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05761" w14:textId="77777777" w:rsidR="00642264" w:rsidRPr="00743B3F" w:rsidRDefault="00642264" w:rsidP="00190F57">
            <w:pPr>
              <w:spacing w:before="20" w:after="20"/>
              <w:rPr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What the child has been told about the move and what reassurance has been given.</w:t>
            </w:r>
          </w:p>
        </w:tc>
      </w:tr>
      <w:tr w:rsidR="00642264" w14:paraId="64FD4347" w14:textId="77777777" w:rsidTr="00190F57">
        <w:trPr>
          <w:trHeight w:val="510"/>
          <w:jc w:val="center"/>
        </w:trPr>
        <w:tc>
          <w:tcPr>
            <w:tcW w:w="114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55A7E" w14:textId="77777777" w:rsidR="00642264" w:rsidRDefault="00642264" w:rsidP="00190F57">
            <w:pPr>
              <w:rPr>
                <w:b/>
                <w:color w:val="0046C8"/>
                <w:sz w:val="76"/>
              </w:rPr>
            </w:pPr>
            <w:r>
              <w:rPr>
                <w:b/>
                <w:i/>
                <w:color w:val="E66E00"/>
                <w:sz w:val="32"/>
              </w:rPr>
              <w:t>Professional Details:</w:t>
            </w:r>
          </w:p>
        </w:tc>
      </w:tr>
      <w:tr w:rsidR="00642264" w14:paraId="39BD051B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630ADAC6" w14:textId="77777777" w:rsidR="00642264" w:rsidRPr="00743B3F" w:rsidRDefault="00642264" w:rsidP="00190F57">
            <w:pPr>
              <w:rPr>
                <w:b/>
                <w:i/>
                <w:color w:val="E66E00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 xml:space="preserve">12. 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7D1EB" w14:textId="77777777" w:rsidR="00642264" w:rsidRPr="00743B3F" w:rsidRDefault="00642264" w:rsidP="00190F57">
            <w:pPr>
              <w:spacing w:before="20" w:after="20"/>
              <w:rPr>
                <w:b/>
                <w:color w:val="0046C8"/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Name of the child’s social worker.</w:t>
            </w:r>
          </w:p>
        </w:tc>
      </w:tr>
      <w:tr w:rsidR="00642264" w14:paraId="5B67354F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2379A365" w14:textId="77777777" w:rsidR="00642264" w:rsidRPr="00743B3F" w:rsidRDefault="00642264" w:rsidP="00190F57">
            <w:pPr>
              <w:rPr>
                <w:b/>
                <w:i/>
                <w:color w:val="E66E00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 xml:space="preserve">13. 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E1137" w14:textId="27ECE1FA" w:rsidR="00642264" w:rsidRPr="00743B3F" w:rsidRDefault="00642264" w:rsidP="00190F57">
            <w:pPr>
              <w:spacing w:before="20" w:after="20"/>
              <w:rPr>
                <w:b/>
                <w:color w:val="0046C8"/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Name of the social worker’s team</w:t>
            </w:r>
            <w:r w:rsidR="00C45D63">
              <w:rPr>
                <w:sz w:val="24"/>
                <w:szCs w:val="24"/>
              </w:rPr>
              <w:t xml:space="preserve"> and Team Manager</w:t>
            </w:r>
            <w:r w:rsidRPr="00743B3F">
              <w:rPr>
                <w:sz w:val="24"/>
                <w:szCs w:val="24"/>
              </w:rPr>
              <w:t xml:space="preserve"> and their phone number.</w:t>
            </w:r>
          </w:p>
        </w:tc>
      </w:tr>
      <w:tr w:rsidR="00642264" w14:paraId="3356C9BB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2174F8BC" w14:textId="77777777" w:rsidR="00642264" w:rsidRPr="00743B3F" w:rsidRDefault="00642264" w:rsidP="00190F57">
            <w:pPr>
              <w:rPr>
                <w:b/>
                <w:i/>
                <w:color w:val="E66E00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 xml:space="preserve">14. 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70064" w14:textId="77777777" w:rsidR="00642264" w:rsidRPr="00743B3F" w:rsidRDefault="00642264" w:rsidP="00190F57">
            <w:pPr>
              <w:spacing w:before="20" w:after="20"/>
              <w:rPr>
                <w:b/>
                <w:color w:val="0046C8"/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Working hours and days of the child’s social worker.</w:t>
            </w:r>
          </w:p>
        </w:tc>
      </w:tr>
      <w:tr w:rsidR="00642264" w14:paraId="142600C9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2385D6C3" w14:textId="77777777" w:rsidR="00642264" w:rsidRPr="00743B3F" w:rsidRDefault="00642264" w:rsidP="00190F57">
            <w:pPr>
              <w:rPr>
                <w:b/>
                <w:i/>
                <w:color w:val="E66E00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 xml:space="preserve">15. 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CC9C9" w14:textId="77777777" w:rsidR="00642264" w:rsidRPr="00743B3F" w:rsidRDefault="00642264" w:rsidP="00190F57">
            <w:pPr>
              <w:spacing w:before="20" w:after="20"/>
              <w:rPr>
                <w:b/>
                <w:color w:val="0046C8"/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Name of the child’s ESO, including the area they came into care.</w:t>
            </w:r>
          </w:p>
        </w:tc>
      </w:tr>
      <w:tr w:rsidR="00642264" w14:paraId="33F26C58" w14:textId="77777777" w:rsidTr="00190F57">
        <w:trPr>
          <w:trHeight w:val="510"/>
          <w:jc w:val="center"/>
        </w:trPr>
        <w:tc>
          <w:tcPr>
            <w:tcW w:w="114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8CD8E" w14:textId="77777777" w:rsidR="00642264" w:rsidRPr="001D26AE" w:rsidRDefault="00642264" w:rsidP="00190F57">
            <w:pPr>
              <w:rPr>
                <w:vertAlign w:val="subscript"/>
              </w:rPr>
            </w:pPr>
            <w:r>
              <w:rPr>
                <w:b/>
                <w:i/>
                <w:color w:val="E66E00"/>
                <w:sz w:val="32"/>
              </w:rPr>
              <w:t>Family &amp; Context</w:t>
            </w:r>
          </w:p>
        </w:tc>
      </w:tr>
      <w:tr w:rsidR="00642264" w14:paraId="5A11BB2D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763348CD" w14:textId="77777777" w:rsidR="00642264" w:rsidRPr="00743B3F" w:rsidRDefault="00642264" w:rsidP="00190F57">
            <w:pPr>
              <w:spacing w:before="20" w:after="20"/>
              <w:rPr>
                <w:b/>
                <w:i/>
                <w:color w:val="E66E00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 xml:space="preserve">16. 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CE2B3" w14:textId="77777777" w:rsidR="00642264" w:rsidRPr="00743B3F" w:rsidRDefault="00642264" w:rsidP="00190F57">
            <w:pPr>
              <w:spacing w:before="20" w:after="20"/>
              <w:rPr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Reason for the child coming into foster care.</w:t>
            </w:r>
          </w:p>
        </w:tc>
      </w:tr>
      <w:tr w:rsidR="00642264" w14:paraId="4A5CAE61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7546987E" w14:textId="77777777" w:rsidR="00642264" w:rsidRPr="00743B3F" w:rsidRDefault="00642264" w:rsidP="00190F57">
            <w:pPr>
              <w:spacing w:before="20" w:after="20"/>
              <w:rPr>
                <w:b/>
                <w:i/>
                <w:color w:val="E66E00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 xml:space="preserve">17. 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5103D" w14:textId="77777777" w:rsidR="00642264" w:rsidRPr="00743B3F" w:rsidRDefault="00642264" w:rsidP="00190F57">
            <w:pPr>
              <w:spacing w:before="20" w:after="20"/>
              <w:rPr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Names of family members, significant relationships, and any special friends; next of kin.</w:t>
            </w:r>
          </w:p>
        </w:tc>
      </w:tr>
      <w:tr w:rsidR="00642264" w14:paraId="25210C09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609A9E3F" w14:textId="77777777" w:rsidR="00642264" w:rsidRPr="00743B3F" w:rsidRDefault="00642264" w:rsidP="00190F57">
            <w:pPr>
              <w:spacing w:before="20" w:after="20"/>
              <w:rPr>
                <w:b/>
                <w:i/>
                <w:color w:val="E66E00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 xml:space="preserve">18. 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5BD04" w14:textId="77777777" w:rsidR="00642264" w:rsidRPr="00743B3F" w:rsidRDefault="00642264" w:rsidP="00190F57">
            <w:pPr>
              <w:spacing w:before="20" w:after="20"/>
              <w:rPr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Family situation and relevant background context.</w:t>
            </w:r>
          </w:p>
        </w:tc>
      </w:tr>
      <w:tr w:rsidR="00642264" w14:paraId="780E6510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7FD776FA" w14:textId="77777777" w:rsidR="00642264" w:rsidRPr="00743B3F" w:rsidRDefault="00642264" w:rsidP="00190F57">
            <w:pPr>
              <w:spacing w:before="20" w:after="20"/>
              <w:rPr>
                <w:b/>
                <w:i/>
                <w:color w:val="E66E00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 xml:space="preserve">19. 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C607E" w14:textId="77777777" w:rsidR="00642264" w:rsidRPr="00743B3F" w:rsidRDefault="00642264" w:rsidP="00190F57">
            <w:pPr>
              <w:spacing w:before="20" w:after="20"/>
              <w:rPr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Known experiences of harm or unsafe relationships.</w:t>
            </w:r>
          </w:p>
        </w:tc>
      </w:tr>
      <w:tr w:rsidR="00642264" w14:paraId="557199CB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5B4805DB" w14:textId="77777777" w:rsidR="00642264" w:rsidRPr="00743B3F" w:rsidRDefault="00642264" w:rsidP="00190F57">
            <w:pPr>
              <w:spacing w:before="20" w:after="20"/>
              <w:rPr>
                <w:b/>
                <w:i/>
                <w:color w:val="E66E00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 xml:space="preserve">20. 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583E3" w14:textId="77777777" w:rsidR="00642264" w:rsidRPr="00743B3F" w:rsidRDefault="00642264" w:rsidP="00190F57">
            <w:pPr>
              <w:spacing w:before="20" w:after="20"/>
              <w:rPr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What carers need to know to keep the child emotionally and physically safe.</w:t>
            </w:r>
          </w:p>
        </w:tc>
      </w:tr>
      <w:tr w:rsidR="00642264" w14:paraId="1F0CDCA8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0225E42E" w14:textId="77777777" w:rsidR="00642264" w:rsidRPr="00743B3F" w:rsidRDefault="00642264" w:rsidP="00190F57">
            <w:pPr>
              <w:spacing w:before="20" w:after="20"/>
              <w:rPr>
                <w:b/>
                <w:i/>
                <w:color w:val="E66E00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 xml:space="preserve">21. 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F6D9D" w14:textId="77777777" w:rsidR="00642264" w:rsidRPr="00743B3F" w:rsidRDefault="00642264" w:rsidP="00190F57">
            <w:pPr>
              <w:spacing w:before="20" w:after="20"/>
              <w:rPr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Legal status of the child (e.g. Section 20, ICO, FCO).</w:t>
            </w:r>
          </w:p>
        </w:tc>
      </w:tr>
      <w:tr w:rsidR="00642264" w14:paraId="398EF9BD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4B79E17B" w14:textId="77777777" w:rsidR="00642264" w:rsidRPr="00743B3F" w:rsidRDefault="00642264" w:rsidP="00190F57">
            <w:pPr>
              <w:spacing w:before="20" w:after="20"/>
              <w:rPr>
                <w:b/>
                <w:i/>
                <w:color w:val="E66E00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 xml:space="preserve">22. 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C16AF" w14:textId="77777777" w:rsidR="00642264" w:rsidRPr="00743B3F" w:rsidRDefault="00642264" w:rsidP="00190F57">
            <w:pPr>
              <w:spacing w:before="20" w:after="20"/>
              <w:rPr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Consent to Medical Treatment – LAC forms completed?</w:t>
            </w:r>
          </w:p>
        </w:tc>
      </w:tr>
      <w:tr w:rsidR="00642264" w14:paraId="7BBE6298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3D0F8A0C" w14:textId="77777777" w:rsidR="00642264" w:rsidRPr="00743B3F" w:rsidRDefault="00642264" w:rsidP="00190F57">
            <w:pPr>
              <w:spacing w:before="20" w:after="20"/>
              <w:rPr>
                <w:b/>
                <w:i/>
                <w:color w:val="E66E00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 xml:space="preserve">23. 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FC5A7" w14:textId="77777777" w:rsidR="00642264" w:rsidRPr="00743B3F" w:rsidRDefault="00642264" w:rsidP="00190F57">
            <w:pPr>
              <w:spacing w:before="20" w:after="20"/>
              <w:rPr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Expected minimum length of placement.</w:t>
            </w:r>
          </w:p>
        </w:tc>
      </w:tr>
      <w:tr w:rsidR="00642264" w14:paraId="1F698AA9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51D953A2" w14:textId="77777777" w:rsidR="00642264" w:rsidRPr="00743B3F" w:rsidRDefault="00642264" w:rsidP="00190F57">
            <w:pPr>
              <w:spacing w:before="20" w:after="20"/>
              <w:rPr>
                <w:b/>
                <w:i/>
                <w:color w:val="E66E00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>24.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A55C8" w14:textId="77777777" w:rsidR="00642264" w:rsidRPr="00743B3F" w:rsidRDefault="00642264" w:rsidP="00190F57">
            <w:pPr>
              <w:spacing w:before="20" w:after="20"/>
              <w:rPr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>Name of the person bringing the child to the foster home.</w:t>
            </w:r>
          </w:p>
        </w:tc>
      </w:tr>
      <w:tr w:rsidR="00642264" w14:paraId="67AF3692" w14:textId="77777777" w:rsidTr="00190F57">
        <w:trPr>
          <w:trHeight w:val="340"/>
          <w:jc w:val="center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14:paraId="2EF9474B" w14:textId="77777777" w:rsidR="00642264" w:rsidRPr="00743B3F" w:rsidRDefault="00642264" w:rsidP="00190F57">
            <w:pPr>
              <w:spacing w:before="20" w:after="20"/>
              <w:rPr>
                <w:b/>
                <w:i/>
                <w:color w:val="E66E00"/>
                <w:sz w:val="24"/>
                <w:szCs w:val="24"/>
              </w:rPr>
            </w:pPr>
            <w:r w:rsidRPr="00743B3F">
              <w:rPr>
                <w:b/>
                <w:color w:val="E66E00"/>
                <w:sz w:val="24"/>
                <w:szCs w:val="24"/>
              </w:rPr>
              <w:t xml:space="preserve">25. </w:t>
            </w:r>
          </w:p>
        </w:tc>
        <w:tc>
          <w:tcPr>
            <w:tcW w:w="108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FA760" w14:textId="7B9F4E19" w:rsidR="00642264" w:rsidRDefault="00642264" w:rsidP="00190F57">
            <w:pPr>
              <w:spacing w:before="20" w:after="20"/>
              <w:rPr>
                <w:sz w:val="24"/>
                <w:szCs w:val="24"/>
              </w:rPr>
            </w:pPr>
            <w:r w:rsidRPr="00743B3F">
              <w:rPr>
                <w:sz w:val="24"/>
                <w:szCs w:val="24"/>
              </w:rPr>
              <w:t xml:space="preserve">If coming from another foster carer – name of previous </w:t>
            </w:r>
            <w:r w:rsidR="00190F57" w:rsidRPr="00743B3F">
              <w:rPr>
                <w:sz w:val="24"/>
                <w:szCs w:val="24"/>
              </w:rPr>
              <w:t>career</w:t>
            </w:r>
            <w:r w:rsidRPr="00743B3F">
              <w:rPr>
                <w:sz w:val="24"/>
                <w:szCs w:val="24"/>
              </w:rPr>
              <w:t>, if you can speak to them, and reasons for the move.</w:t>
            </w:r>
          </w:p>
          <w:p w14:paraId="2C30D02E" w14:textId="77777777" w:rsidR="00190F57" w:rsidRPr="00190F57" w:rsidRDefault="00190F57" w:rsidP="00190F57">
            <w:pPr>
              <w:spacing w:before="20" w:after="20"/>
              <w:rPr>
                <w:sz w:val="6"/>
                <w:szCs w:val="6"/>
              </w:rPr>
            </w:pPr>
          </w:p>
        </w:tc>
      </w:tr>
      <w:tr w:rsidR="00642264" w14:paraId="2FA5F592" w14:textId="77777777" w:rsidTr="00190F57">
        <w:trPr>
          <w:trHeight w:val="567"/>
          <w:jc w:val="center"/>
        </w:trPr>
        <w:tc>
          <w:tcPr>
            <w:tcW w:w="11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79646" w:themeFill="accent6"/>
            <w:vAlign w:val="center"/>
          </w:tcPr>
          <w:p w14:paraId="47CD7247" w14:textId="6C7F4E29" w:rsidR="00190F57" w:rsidRPr="00190F57" w:rsidRDefault="00642264" w:rsidP="00190F57">
            <w:pPr>
              <w:jc w:val="center"/>
              <w:rPr>
                <w:b/>
                <w:color w:val="FFFFFF" w:themeColor="background1"/>
                <w:sz w:val="32"/>
              </w:rPr>
            </w:pPr>
            <w:r w:rsidRPr="00190F57">
              <w:rPr>
                <w:b/>
                <w:color w:val="FFFFFF" w:themeColor="background1"/>
                <w:sz w:val="32"/>
              </w:rPr>
              <w:t>Championing foster carers so children can thrive</w:t>
            </w:r>
          </w:p>
        </w:tc>
      </w:tr>
    </w:tbl>
    <w:p w14:paraId="2ECFC747" w14:textId="77777777" w:rsidR="00190F57" w:rsidRDefault="00190F57" w:rsidP="004C0E7A"/>
    <w:sectPr w:rsidR="00190F57" w:rsidSect="00190F57">
      <w:pgSz w:w="12240" w:h="15840"/>
      <w:pgMar w:top="0" w:right="720" w:bottom="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8AC3E" w14:textId="77777777" w:rsidR="00600286" w:rsidRDefault="00600286" w:rsidP="00C60EE0">
      <w:pPr>
        <w:spacing w:after="0" w:line="240" w:lineRule="auto"/>
      </w:pPr>
      <w:r>
        <w:separator/>
      </w:r>
    </w:p>
  </w:endnote>
  <w:endnote w:type="continuationSeparator" w:id="0">
    <w:p w14:paraId="14C6C46F" w14:textId="77777777" w:rsidR="00600286" w:rsidRDefault="00600286" w:rsidP="00C60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99BD1" w14:textId="77777777" w:rsidR="00600286" w:rsidRDefault="00600286" w:rsidP="00C60EE0">
      <w:pPr>
        <w:spacing w:after="0" w:line="240" w:lineRule="auto"/>
      </w:pPr>
      <w:r>
        <w:separator/>
      </w:r>
    </w:p>
  </w:footnote>
  <w:footnote w:type="continuationSeparator" w:id="0">
    <w:p w14:paraId="6B6F82FE" w14:textId="77777777" w:rsidR="00600286" w:rsidRDefault="00600286" w:rsidP="00C60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1379691">
    <w:abstractNumId w:val="8"/>
  </w:num>
  <w:num w:numId="2" w16cid:durableId="331445673">
    <w:abstractNumId w:val="6"/>
  </w:num>
  <w:num w:numId="3" w16cid:durableId="1905484635">
    <w:abstractNumId w:val="5"/>
  </w:num>
  <w:num w:numId="4" w16cid:durableId="1288120494">
    <w:abstractNumId w:val="4"/>
  </w:num>
  <w:num w:numId="5" w16cid:durableId="146559843">
    <w:abstractNumId w:val="7"/>
  </w:num>
  <w:num w:numId="6" w16cid:durableId="1066798714">
    <w:abstractNumId w:val="3"/>
  </w:num>
  <w:num w:numId="7" w16cid:durableId="1846747870">
    <w:abstractNumId w:val="2"/>
  </w:num>
  <w:num w:numId="8" w16cid:durableId="293952880">
    <w:abstractNumId w:val="1"/>
  </w:num>
  <w:num w:numId="9" w16cid:durableId="863984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4087"/>
    <w:rsid w:val="0015074B"/>
    <w:rsid w:val="00190F57"/>
    <w:rsid w:val="001D26AE"/>
    <w:rsid w:val="001D328A"/>
    <w:rsid w:val="0029639D"/>
    <w:rsid w:val="00320E14"/>
    <w:rsid w:val="00326F90"/>
    <w:rsid w:val="004C0E7A"/>
    <w:rsid w:val="00600286"/>
    <w:rsid w:val="00642264"/>
    <w:rsid w:val="00743B3F"/>
    <w:rsid w:val="00A04F20"/>
    <w:rsid w:val="00AA1D8D"/>
    <w:rsid w:val="00B47730"/>
    <w:rsid w:val="00C45D63"/>
    <w:rsid w:val="00C60EE0"/>
    <w:rsid w:val="00CB0664"/>
    <w:rsid w:val="00D56DFC"/>
    <w:rsid w:val="00EE6D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7CFA59"/>
  <w14:defaultImageDpi w14:val="300"/>
  <w15:docId w15:val="{FD995E08-5D63-4B31-8908-D3DC258F1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>generated by python-docx</dc:description>
  <cp:lastModifiedBy>Vicki Jones</cp:lastModifiedBy>
  <cp:revision>5</cp:revision>
  <dcterms:created xsi:type="dcterms:W3CDTF">2026-08-29T14:51:00Z</dcterms:created>
  <dcterms:modified xsi:type="dcterms:W3CDTF">2026-08-29T19:19:00Z</dcterms:modified>
  <cp:category/>
</cp:coreProperties>
</file>